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C31E8B" w14:paraId="33838D81" w14:textId="77777777">
        <w:trPr>
          <w:jc w:val="center"/>
        </w:trPr>
        <w:tc>
          <w:tcPr>
            <w:tcW w:w="5184" w:type="dxa"/>
            <w:shd w:val="clear" w:color="auto" w:fill="F7F2E8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70566B84" w14:textId="77777777" w:rsidR="00C31E8B" w:rsidRDefault="00000000">
            <w:pPr>
              <w:jc w:val="center"/>
            </w:pPr>
            <w:r>
              <w:rPr>
                <w:rFonts w:ascii="Georgia" w:hAnsi="Georgia"/>
                <w:b/>
                <w:color w:val="A84F38"/>
                <w:sz w:val="52"/>
              </w:rPr>
              <w:t>CA</w:t>
            </w:r>
          </w:p>
        </w:tc>
        <w:tc>
          <w:tcPr>
            <w:tcW w:w="5184" w:type="dxa"/>
          </w:tcPr>
          <w:p w14:paraId="3E67AAFA" w14:textId="77777777" w:rsidR="00C31E8B" w:rsidRDefault="00000000">
            <w:r>
              <w:rPr>
                <w:rFonts w:ascii="Georgia" w:hAnsi="Georgia"/>
                <w:b/>
                <w:color w:val="174D3A"/>
                <w:sz w:val="44"/>
              </w:rPr>
              <w:t>CASA ATABEY</w:t>
            </w:r>
          </w:p>
          <w:p w14:paraId="2A1714C2" w14:textId="77777777" w:rsidR="00C31E8B" w:rsidRDefault="00000000">
            <w:r>
              <w:rPr>
                <w:rFonts w:ascii="Georgia" w:hAnsi="Georgia"/>
                <w:b/>
                <w:color w:val="A84F38"/>
                <w:sz w:val="22"/>
              </w:rPr>
              <w:t>FOUNDATION</w:t>
            </w:r>
          </w:p>
          <w:p w14:paraId="52842B72" w14:textId="77777777" w:rsidR="00C31E8B" w:rsidRDefault="00000000">
            <w:r>
              <w:rPr>
                <w:rFonts w:ascii="Georgia" w:hAnsi="Georgia"/>
                <w:i/>
                <w:color w:val="174D3A"/>
                <w:sz w:val="16"/>
              </w:rPr>
              <w:t>Building Strong Women. Strong Families. Stronger Communities.</w:t>
            </w:r>
          </w:p>
        </w:tc>
      </w:tr>
    </w:tbl>
    <w:p w14:paraId="58D86694" w14:textId="77777777" w:rsidR="00C31E8B" w:rsidRDefault="00C31E8B">
      <w:pPr>
        <w:pBdr>
          <w:bottom w:val="single" w:sz="14" w:space="1" w:color="B78A2A"/>
        </w:pBdr>
        <w:spacing w:after="40"/>
      </w:pPr>
    </w:p>
    <w:p w14:paraId="00E41802" w14:textId="77777777" w:rsidR="00C31E8B" w:rsidRDefault="00000000">
      <w:pPr>
        <w:jc w:val="center"/>
      </w:pPr>
      <w:r>
        <w:rPr>
          <w:color w:val="555555"/>
          <w:sz w:val="16"/>
        </w:rPr>
        <w:t>Arizona 501(c)(3) Nonprofit Organization  •  480-593-2027  •  casaatabey@valerahealthgroup.com</w:t>
      </w:r>
    </w:p>
    <w:p w14:paraId="4979A8D7" w14:textId="77777777" w:rsidR="00C31E8B" w:rsidRDefault="00000000">
      <w:pPr>
        <w:spacing w:before="80" w:after="40"/>
        <w:jc w:val="center"/>
      </w:pPr>
      <w:r>
        <w:rPr>
          <w:rFonts w:ascii="Georgia" w:hAnsi="Georgia"/>
          <w:b/>
          <w:color w:val="174D3A"/>
          <w:sz w:val="32"/>
        </w:rPr>
        <w:t>PARTNERSHIP &amp; MOU REQUEST FORM</w:t>
      </w:r>
    </w:p>
    <w:p w14:paraId="5B4F2F13" w14:textId="77777777" w:rsidR="00C31E8B" w:rsidRDefault="00000000">
      <w:pPr>
        <w:spacing w:after="120"/>
        <w:jc w:val="center"/>
      </w:pPr>
      <w:r>
        <w:rPr>
          <w:color w:val="A84F38"/>
          <w:sz w:val="17"/>
        </w:rPr>
        <w:t>Community Partnership Interest • Referral Collaboration • Resource Coordination</w:t>
      </w:r>
    </w:p>
    <w:p w14:paraId="07CDD195" w14:textId="77777777" w:rsidR="00C31E8B" w:rsidRDefault="00000000">
      <w:pPr>
        <w:spacing w:after="120"/>
      </w:pPr>
      <w:r>
        <w:t>Thank you for your interest in partnering with Casa Atabey Foundation. Please complete this form to help us understand your organization, proposed partnership, and whether a formal Memorandum of Understanding (MOU) may be appropriate.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C31E8B" w14:paraId="2F996FC8" w14:textId="77777777">
        <w:trPr>
          <w:jc w:val="center"/>
        </w:trPr>
        <w:tc>
          <w:tcPr>
            <w:tcW w:w="10368" w:type="dxa"/>
            <w:shd w:val="clear" w:color="auto" w:fill="174D3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DEE0742" w14:textId="77777777" w:rsidR="00C31E8B" w:rsidRDefault="00000000">
            <w:r>
              <w:rPr>
                <w:b/>
                <w:color w:val="FFFFFF"/>
                <w:sz w:val="19"/>
              </w:rPr>
              <w:t>1. ORGANIZATION INFORMATION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C31E8B" w14:paraId="769B4302" w14:textId="77777777">
        <w:trPr>
          <w:jc w:val="center"/>
        </w:trPr>
        <w:tc>
          <w:tcPr>
            <w:tcW w:w="5184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C62086D" w14:textId="77777777" w:rsidR="00C31E8B" w:rsidRDefault="00000000">
            <w:r>
              <w:rPr>
                <w:sz w:val="17"/>
              </w:rPr>
              <w:t>Organization Name: __________________________________</w:t>
            </w:r>
          </w:p>
        </w:tc>
        <w:tc>
          <w:tcPr>
            <w:tcW w:w="5184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7E9FCFD" w14:textId="77777777" w:rsidR="00C31E8B" w:rsidRDefault="00000000">
            <w:r>
              <w:rPr>
                <w:sz w:val="17"/>
              </w:rPr>
              <w:t>Website: __________________________________</w:t>
            </w:r>
          </w:p>
        </w:tc>
      </w:tr>
      <w:tr w:rsidR="00C31E8B" w14:paraId="081687E2" w14:textId="77777777">
        <w:trPr>
          <w:jc w:val="center"/>
        </w:trPr>
        <w:tc>
          <w:tcPr>
            <w:tcW w:w="5184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D66A068" w14:textId="77777777" w:rsidR="00C31E8B" w:rsidRDefault="00000000">
            <w:r>
              <w:rPr>
                <w:sz w:val="17"/>
              </w:rPr>
              <w:t>Organization Type: _________________________________</w:t>
            </w:r>
          </w:p>
        </w:tc>
        <w:tc>
          <w:tcPr>
            <w:tcW w:w="5184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5249937" w14:textId="77777777" w:rsidR="00C31E8B" w:rsidRDefault="00000000">
            <w:r>
              <w:rPr>
                <w:sz w:val="17"/>
              </w:rPr>
              <w:t>Phone: ____________________________________</w:t>
            </w:r>
          </w:p>
        </w:tc>
      </w:tr>
      <w:tr w:rsidR="00C31E8B" w14:paraId="24C237BD" w14:textId="77777777">
        <w:trPr>
          <w:jc w:val="center"/>
        </w:trPr>
        <w:tc>
          <w:tcPr>
            <w:tcW w:w="5184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367A5B7" w14:textId="77777777" w:rsidR="00C31E8B" w:rsidRDefault="00000000">
            <w:r>
              <w:rPr>
                <w:sz w:val="17"/>
              </w:rPr>
              <w:t>Street Address: ____________________________________</w:t>
            </w:r>
          </w:p>
        </w:tc>
        <w:tc>
          <w:tcPr>
            <w:tcW w:w="5184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A4D5BAA" w14:textId="77777777" w:rsidR="00C31E8B" w:rsidRDefault="00000000">
            <w:r>
              <w:rPr>
                <w:sz w:val="17"/>
              </w:rPr>
              <w:t>City / State / ZIP: __________________________</w:t>
            </w: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C31E8B" w14:paraId="5D11528B" w14:textId="77777777">
        <w:trPr>
          <w:jc w:val="center"/>
        </w:trPr>
        <w:tc>
          <w:tcPr>
            <w:tcW w:w="10368" w:type="dxa"/>
            <w:shd w:val="clear" w:color="auto" w:fill="174D3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9E1233A" w14:textId="77777777" w:rsidR="00C31E8B" w:rsidRDefault="00000000">
            <w:r>
              <w:rPr>
                <w:b/>
                <w:color w:val="FFFFFF"/>
                <w:sz w:val="19"/>
              </w:rPr>
              <w:t>2. PRIMARY CONTACT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C31E8B" w14:paraId="3E3A1A3E" w14:textId="77777777">
        <w:trPr>
          <w:jc w:val="center"/>
        </w:trPr>
        <w:tc>
          <w:tcPr>
            <w:tcW w:w="5184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C987C9A" w14:textId="77777777" w:rsidR="00C31E8B" w:rsidRDefault="00000000">
            <w:r>
              <w:rPr>
                <w:sz w:val="17"/>
              </w:rPr>
              <w:t>Contact Name: ______________________________________</w:t>
            </w:r>
          </w:p>
        </w:tc>
        <w:tc>
          <w:tcPr>
            <w:tcW w:w="5184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0F1258C" w14:textId="77777777" w:rsidR="00C31E8B" w:rsidRDefault="00000000">
            <w:r>
              <w:rPr>
                <w:sz w:val="17"/>
              </w:rPr>
              <w:t>Title / Position: ____________________________</w:t>
            </w:r>
          </w:p>
        </w:tc>
      </w:tr>
      <w:tr w:rsidR="00C31E8B" w14:paraId="731F86B4" w14:textId="77777777">
        <w:trPr>
          <w:jc w:val="center"/>
        </w:trPr>
        <w:tc>
          <w:tcPr>
            <w:tcW w:w="5184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60D80B5" w14:textId="77777777" w:rsidR="00C31E8B" w:rsidRDefault="00000000">
            <w:r>
              <w:rPr>
                <w:sz w:val="17"/>
              </w:rPr>
              <w:t>Email: _____________________________________________</w:t>
            </w:r>
          </w:p>
        </w:tc>
        <w:tc>
          <w:tcPr>
            <w:tcW w:w="5184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F0F904B" w14:textId="77777777" w:rsidR="00C31E8B" w:rsidRDefault="00000000">
            <w:r>
              <w:rPr>
                <w:sz w:val="17"/>
              </w:rPr>
              <w:t>Phone: ____________________________________</w:t>
            </w: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C31E8B" w14:paraId="08144903" w14:textId="77777777">
        <w:trPr>
          <w:jc w:val="center"/>
        </w:trPr>
        <w:tc>
          <w:tcPr>
            <w:tcW w:w="10368" w:type="dxa"/>
            <w:shd w:val="clear" w:color="auto" w:fill="174D3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B7F9217" w14:textId="77777777" w:rsidR="00C31E8B" w:rsidRDefault="00000000">
            <w:r>
              <w:rPr>
                <w:b/>
                <w:color w:val="FFFFFF"/>
                <w:sz w:val="19"/>
              </w:rPr>
              <w:t>3. PARTNERSHIP INTEREST</w:t>
            </w:r>
          </w:p>
        </w:tc>
      </w:tr>
    </w:tbl>
    <w:p w14:paraId="0D41A49A" w14:textId="77777777" w:rsidR="00C31E8B" w:rsidRDefault="00000000">
      <w:pPr>
        <w:spacing w:after="40"/>
      </w:pPr>
      <w:r>
        <w:rPr>
          <w:b/>
          <w:sz w:val="17"/>
        </w:rPr>
        <w:t>Select all areas of interest: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84"/>
        <w:gridCol w:w="5184"/>
      </w:tblGrid>
      <w:tr w:rsidR="00C31E8B" w14:paraId="6848BA93" w14:textId="77777777">
        <w:trPr>
          <w:jc w:val="center"/>
        </w:trPr>
        <w:tc>
          <w:tcPr>
            <w:tcW w:w="5184" w:type="dxa"/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2A545760" w14:textId="77777777" w:rsidR="00C31E8B" w:rsidRDefault="00000000">
            <w:r>
              <w:rPr>
                <w:sz w:val="16"/>
              </w:rPr>
              <w:t>☐ Client / Resident Referrals</w:t>
            </w:r>
          </w:p>
        </w:tc>
        <w:tc>
          <w:tcPr>
            <w:tcW w:w="5184" w:type="dxa"/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00A8D6E5" w14:textId="77777777" w:rsidR="00C31E8B" w:rsidRDefault="00000000">
            <w:r>
              <w:rPr>
                <w:sz w:val="16"/>
              </w:rPr>
              <w:t>☐ Housing Referrals</w:t>
            </w:r>
          </w:p>
        </w:tc>
      </w:tr>
      <w:tr w:rsidR="00C31E8B" w14:paraId="4C259741" w14:textId="77777777">
        <w:trPr>
          <w:jc w:val="center"/>
        </w:trPr>
        <w:tc>
          <w:tcPr>
            <w:tcW w:w="5184" w:type="dxa"/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492A79C3" w14:textId="77777777" w:rsidR="00C31E8B" w:rsidRDefault="00000000">
            <w:r>
              <w:rPr>
                <w:sz w:val="16"/>
              </w:rPr>
              <w:t>☐ Designated Housing Placements</w:t>
            </w:r>
          </w:p>
        </w:tc>
        <w:tc>
          <w:tcPr>
            <w:tcW w:w="5184" w:type="dxa"/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7D8E0368" w14:textId="77777777" w:rsidR="00C31E8B" w:rsidRDefault="00000000">
            <w:r>
              <w:rPr>
                <w:sz w:val="16"/>
              </w:rPr>
              <w:t>☐ Healthcare / Behavioral Health Coordination</w:t>
            </w:r>
          </w:p>
        </w:tc>
      </w:tr>
      <w:tr w:rsidR="00C31E8B" w14:paraId="57960B9C" w14:textId="77777777">
        <w:trPr>
          <w:jc w:val="center"/>
        </w:trPr>
        <w:tc>
          <w:tcPr>
            <w:tcW w:w="5184" w:type="dxa"/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592876CC" w14:textId="77777777" w:rsidR="00C31E8B" w:rsidRDefault="00000000">
            <w:r>
              <w:rPr>
                <w:sz w:val="16"/>
              </w:rPr>
              <w:t>☐ Employment Opportunities</w:t>
            </w:r>
          </w:p>
        </w:tc>
        <w:tc>
          <w:tcPr>
            <w:tcW w:w="5184" w:type="dxa"/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00625651" w14:textId="77777777" w:rsidR="00C31E8B" w:rsidRDefault="00000000">
            <w:r>
              <w:rPr>
                <w:sz w:val="16"/>
              </w:rPr>
              <w:t>☐ Workforce Development</w:t>
            </w:r>
          </w:p>
        </w:tc>
      </w:tr>
      <w:tr w:rsidR="00C31E8B" w14:paraId="44062A23" w14:textId="77777777">
        <w:trPr>
          <w:jc w:val="center"/>
        </w:trPr>
        <w:tc>
          <w:tcPr>
            <w:tcW w:w="5184" w:type="dxa"/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324843A1" w14:textId="77777777" w:rsidR="00C31E8B" w:rsidRDefault="00000000">
            <w:r>
              <w:rPr>
                <w:sz w:val="16"/>
              </w:rPr>
              <w:t>☐ Education / Training</w:t>
            </w:r>
          </w:p>
        </w:tc>
        <w:tc>
          <w:tcPr>
            <w:tcW w:w="5184" w:type="dxa"/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19574531" w14:textId="77777777" w:rsidR="00C31E8B" w:rsidRDefault="00000000">
            <w:r>
              <w:rPr>
                <w:sz w:val="16"/>
              </w:rPr>
              <w:t>☐ Family Support Services</w:t>
            </w:r>
          </w:p>
        </w:tc>
      </w:tr>
      <w:tr w:rsidR="00C31E8B" w14:paraId="750E367F" w14:textId="77777777">
        <w:trPr>
          <w:jc w:val="center"/>
        </w:trPr>
        <w:tc>
          <w:tcPr>
            <w:tcW w:w="5184" w:type="dxa"/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3B8B698A" w14:textId="77777777" w:rsidR="00C31E8B" w:rsidRDefault="00000000">
            <w:r>
              <w:rPr>
                <w:sz w:val="16"/>
              </w:rPr>
              <w:t>☐ Transportation Resources</w:t>
            </w:r>
          </w:p>
        </w:tc>
        <w:tc>
          <w:tcPr>
            <w:tcW w:w="5184" w:type="dxa"/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6E5CB164" w14:textId="77777777" w:rsidR="00C31E8B" w:rsidRDefault="00000000">
            <w:r>
              <w:rPr>
                <w:sz w:val="16"/>
              </w:rPr>
              <w:t>☐ Food / Basic Needs</w:t>
            </w:r>
          </w:p>
        </w:tc>
      </w:tr>
      <w:tr w:rsidR="00C31E8B" w14:paraId="6C90A183" w14:textId="77777777">
        <w:trPr>
          <w:jc w:val="center"/>
        </w:trPr>
        <w:tc>
          <w:tcPr>
            <w:tcW w:w="5184" w:type="dxa"/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3D4D9901" w14:textId="77777777" w:rsidR="00C31E8B" w:rsidRDefault="00000000">
            <w:r>
              <w:rPr>
                <w:sz w:val="16"/>
              </w:rPr>
              <w:t>☐ Sponsorship / Financial Support</w:t>
            </w:r>
          </w:p>
        </w:tc>
        <w:tc>
          <w:tcPr>
            <w:tcW w:w="5184" w:type="dxa"/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64F3805F" w14:textId="77777777" w:rsidR="00C31E8B" w:rsidRDefault="00000000">
            <w:r>
              <w:rPr>
                <w:sz w:val="16"/>
              </w:rPr>
              <w:t>☐ Community Outreach</w:t>
            </w:r>
          </w:p>
        </w:tc>
      </w:tr>
      <w:tr w:rsidR="00C31E8B" w14:paraId="7A120970" w14:textId="77777777">
        <w:trPr>
          <w:jc w:val="center"/>
        </w:trPr>
        <w:tc>
          <w:tcPr>
            <w:tcW w:w="5184" w:type="dxa"/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0391191A" w14:textId="77777777" w:rsidR="00C31E8B" w:rsidRDefault="00000000">
            <w:r>
              <w:rPr>
                <w:sz w:val="16"/>
              </w:rPr>
              <w:t>☐ Resource Sharing</w:t>
            </w:r>
          </w:p>
        </w:tc>
        <w:tc>
          <w:tcPr>
            <w:tcW w:w="5184" w:type="dxa"/>
            <w:tcMar>
              <w:top w:w="35" w:type="dxa"/>
              <w:left w:w="80" w:type="dxa"/>
              <w:bottom w:w="35" w:type="dxa"/>
              <w:right w:w="80" w:type="dxa"/>
            </w:tcMar>
          </w:tcPr>
          <w:p w14:paraId="707CAD52" w14:textId="77777777" w:rsidR="00C31E8B" w:rsidRDefault="00000000">
            <w:r>
              <w:rPr>
                <w:sz w:val="16"/>
              </w:rPr>
              <w:t>☐ Other</w:t>
            </w:r>
          </w:p>
        </w:tc>
      </w:tr>
    </w:tbl>
    <w:p w14:paraId="21010833" w14:textId="77777777" w:rsidR="00C31E8B" w:rsidRDefault="00000000">
      <w:pPr>
        <w:spacing w:before="60"/>
      </w:pPr>
      <w:r>
        <w:rPr>
          <w:b/>
          <w:sz w:val="17"/>
        </w:rPr>
        <w:t>Briefly describe your organization and the services, resources, or opportunities you would like to provide:</w:t>
      </w:r>
    </w:p>
    <w:p w14:paraId="3FA43F67" w14:textId="7C8EAAEE" w:rsidR="00C31E8B" w:rsidRDefault="00000000" w:rsidP="00213AB1">
      <w:pPr>
        <w:spacing w:after="0" w:line="480" w:lineRule="auto"/>
      </w:pPr>
      <w:r>
        <w:rPr>
          <w:sz w:val="14"/>
        </w:rPr>
        <w:t>___________________________________________________________________________________________________________________</w:t>
      </w:r>
      <w:r w:rsidR="00213AB1">
        <w:rPr>
          <w:sz w:val="14"/>
        </w:rPr>
        <w:t>___________________________________________</w:t>
      </w:r>
      <w:r>
        <w:rPr>
          <w:sz w:val="14"/>
        </w:rPr>
        <w:t>_</w:t>
      </w:r>
    </w:p>
    <w:p w14:paraId="1B213913" w14:textId="004BEB28" w:rsidR="00C31E8B" w:rsidRDefault="00000000" w:rsidP="00213AB1">
      <w:pPr>
        <w:spacing w:after="0" w:line="480" w:lineRule="auto"/>
      </w:pPr>
      <w:r>
        <w:rPr>
          <w:sz w:val="14"/>
        </w:rPr>
        <w:t>____________________________________________________________________________________________________________________</w:t>
      </w:r>
      <w:r w:rsidR="00213AB1">
        <w:rPr>
          <w:sz w:val="14"/>
        </w:rPr>
        <w:t>___________________________________________</w:t>
      </w:r>
    </w:p>
    <w:p w14:paraId="64973B88" w14:textId="6BB39255" w:rsidR="00C31E8B" w:rsidRDefault="00000000" w:rsidP="00213AB1">
      <w:pPr>
        <w:spacing w:after="0" w:line="480" w:lineRule="auto"/>
      </w:pPr>
      <w:r>
        <w:rPr>
          <w:sz w:val="14"/>
        </w:rPr>
        <w:t>____________________________________________________________________________________________________________________</w:t>
      </w:r>
      <w:r w:rsidR="00213AB1">
        <w:rPr>
          <w:sz w:val="14"/>
        </w:rPr>
        <w:t>___________________________________________</w:t>
      </w:r>
    </w:p>
    <w:p w14:paraId="18D3C200" w14:textId="77777777" w:rsidR="00C31E8B" w:rsidRDefault="00000000">
      <w:r>
        <w:rPr>
          <w:b/>
          <w:sz w:val="17"/>
        </w:rPr>
        <w:t>What would you like Casa Atabey Foundation to provide or contribute to the partnership?</w:t>
      </w:r>
    </w:p>
    <w:p w14:paraId="10A9F8C7" w14:textId="77777777" w:rsidR="00213AB1" w:rsidRDefault="00213AB1" w:rsidP="008B5AAA">
      <w:pPr>
        <w:spacing w:after="0" w:line="480" w:lineRule="auto"/>
      </w:pPr>
      <w:r>
        <w:rPr>
          <w:sz w:val="14"/>
        </w:rPr>
        <w:lastRenderedPageBreak/>
        <w:t>_______________________________________________________________________________________________________________________________________________________________</w:t>
      </w:r>
    </w:p>
    <w:p w14:paraId="63B99899" w14:textId="77777777" w:rsidR="00213AB1" w:rsidRDefault="00213AB1" w:rsidP="008B5AAA">
      <w:pPr>
        <w:spacing w:after="0" w:line="480" w:lineRule="auto"/>
      </w:pPr>
      <w:r>
        <w:rPr>
          <w:sz w:val="14"/>
        </w:rPr>
        <w:t>_______________________________________________________________________________________________________________________________________________________________</w:t>
      </w:r>
    </w:p>
    <w:p w14:paraId="62200929" w14:textId="77777777" w:rsidR="00213AB1" w:rsidRDefault="00213AB1" w:rsidP="00213AB1">
      <w:pPr>
        <w:spacing w:after="0" w:line="480" w:lineRule="auto"/>
      </w:pPr>
      <w:r>
        <w:rPr>
          <w:sz w:val="14"/>
        </w:rPr>
        <w:t>_______________________________________________________________________________________________________________________________________________________________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C31E8B" w14:paraId="132C551B" w14:textId="77777777">
        <w:trPr>
          <w:jc w:val="center"/>
        </w:trPr>
        <w:tc>
          <w:tcPr>
            <w:tcW w:w="10368" w:type="dxa"/>
            <w:shd w:val="clear" w:color="auto" w:fill="174D3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ABD171C" w14:textId="77777777" w:rsidR="00C31E8B" w:rsidRDefault="00000000">
            <w:r>
              <w:rPr>
                <w:b/>
                <w:color w:val="FFFFFF"/>
                <w:sz w:val="19"/>
              </w:rPr>
              <w:t>4. POPULATIONS / COMMUNITY SERVED</w:t>
            </w:r>
          </w:p>
        </w:tc>
      </w:tr>
    </w:tbl>
    <w:p w14:paraId="26C9AEAC" w14:textId="77777777" w:rsidR="00C31E8B" w:rsidRDefault="00000000">
      <w:r>
        <w:rPr>
          <w:b/>
          <w:sz w:val="17"/>
        </w:rPr>
        <w:t>Select all that apply:</w:t>
      </w:r>
    </w:p>
    <w:p w14:paraId="223EC95D" w14:textId="77777777" w:rsidR="00C31E8B" w:rsidRDefault="00000000">
      <w:pPr>
        <w:spacing w:after="80"/>
      </w:pPr>
      <w:r>
        <w:rPr>
          <w:sz w:val="16"/>
        </w:rPr>
        <w:t>☐ Single Women    ☐ Mothers with Children    ☐ Fathers with Children    ☐ Families Experiencing Housing Instability</w:t>
      </w:r>
      <w:r>
        <w:rPr>
          <w:sz w:val="16"/>
        </w:rPr>
        <w:br/>
        <w:t>☐ Individuals Transitioning Toward Independent Living    ☐ Justice-Involved / Reentry Populations    ☐ Other: __________________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C31E8B" w14:paraId="1EBD8BF6" w14:textId="77777777">
        <w:trPr>
          <w:jc w:val="center"/>
        </w:trPr>
        <w:tc>
          <w:tcPr>
            <w:tcW w:w="10368" w:type="dxa"/>
            <w:shd w:val="clear" w:color="auto" w:fill="174D3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DBFB632" w14:textId="77777777" w:rsidR="00C31E8B" w:rsidRDefault="00000000">
            <w:r>
              <w:rPr>
                <w:b/>
                <w:color w:val="FFFFFF"/>
                <w:sz w:val="19"/>
              </w:rPr>
              <w:t>5. FORMAL MOU INTEREST</w:t>
            </w:r>
          </w:p>
        </w:tc>
      </w:tr>
    </w:tbl>
    <w:p w14:paraId="68AF1024" w14:textId="77777777" w:rsidR="00C31E8B" w:rsidRDefault="00000000">
      <w:pPr>
        <w:spacing w:after="40"/>
      </w:pPr>
      <w:r>
        <w:rPr>
          <w:b/>
          <w:sz w:val="17"/>
        </w:rPr>
        <w:t>Would your organization like to explore a formal Memorandum of Understanding (MOU)?</w:t>
      </w:r>
    </w:p>
    <w:p w14:paraId="1F0B22A0" w14:textId="77777777" w:rsidR="00C31E8B" w:rsidRDefault="00000000">
      <w:r>
        <w:rPr>
          <w:sz w:val="17"/>
        </w:rPr>
        <w:t>☐ Yes        ☐ No        ☐ I would like to discuss this first</w:t>
      </w:r>
    </w:p>
    <w:p w14:paraId="093C1D09" w14:textId="77777777" w:rsidR="00C31E8B" w:rsidRDefault="00000000">
      <w:r>
        <w:rPr>
          <w:sz w:val="17"/>
        </w:rPr>
        <w:t>Preferred contact method:   ☐ Email    ☐ Phone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C31E8B" w14:paraId="48238384" w14:textId="77777777">
        <w:trPr>
          <w:jc w:val="center"/>
        </w:trPr>
        <w:tc>
          <w:tcPr>
            <w:tcW w:w="10368" w:type="dxa"/>
            <w:shd w:val="clear" w:color="auto" w:fill="174D3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2328BA1" w14:textId="77777777" w:rsidR="00C31E8B" w:rsidRDefault="00000000">
            <w:r>
              <w:rPr>
                <w:b/>
                <w:color w:val="FFFFFF"/>
                <w:sz w:val="19"/>
              </w:rPr>
              <w:t>6. ADDITIONAL INFORMATION</w:t>
            </w:r>
          </w:p>
        </w:tc>
      </w:tr>
    </w:tbl>
    <w:p w14:paraId="15794B9A" w14:textId="77777777" w:rsidR="00C31E8B" w:rsidRDefault="00000000">
      <w:r>
        <w:rPr>
          <w:b/>
          <w:sz w:val="17"/>
        </w:rPr>
        <w:t>Additional comments, proposed responsibilities, referral expectations, or partnership details:</w:t>
      </w:r>
    </w:p>
    <w:p w14:paraId="2DDC9A75" w14:textId="77777777" w:rsidR="00213AB1" w:rsidRDefault="00213AB1" w:rsidP="008B5AAA">
      <w:pPr>
        <w:spacing w:after="0" w:line="480" w:lineRule="auto"/>
      </w:pPr>
      <w:r>
        <w:rPr>
          <w:sz w:val="14"/>
        </w:rPr>
        <w:t>_______________________________________________________________________________________________________________________________________________________________</w:t>
      </w:r>
    </w:p>
    <w:p w14:paraId="031E5313" w14:textId="77777777" w:rsidR="00213AB1" w:rsidRDefault="00213AB1" w:rsidP="008B5AAA">
      <w:pPr>
        <w:spacing w:after="0" w:line="480" w:lineRule="auto"/>
      </w:pPr>
      <w:r>
        <w:rPr>
          <w:sz w:val="14"/>
        </w:rPr>
        <w:t>_______________________________________________________________________________________________________________________________________________________________</w:t>
      </w:r>
    </w:p>
    <w:p w14:paraId="3D65BED8" w14:textId="77777777" w:rsidR="00213AB1" w:rsidRDefault="00213AB1" w:rsidP="00213AB1">
      <w:pPr>
        <w:spacing w:after="0" w:line="480" w:lineRule="auto"/>
        <w:rPr>
          <w:sz w:val="14"/>
        </w:rPr>
      </w:pPr>
      <w:r>
        <w:rPr>
          <w:sz w:val="14"/>
        </w:rPr>
        <w:t>_______________________________________________________________________________________________________________________________________________________________</w:t>
      </w:r>
    </w:p>
    <w:p w14:paraId="5BBA97F1" w14:textId="77777777" w:rsidR="00213AB1" w:rsidRDefault="00213AB1" w:rsidP="00213AB1">
      <w:pPr>
        <w:spacing w:after="0" w:line="480" w:lineRule="auto"/>
      </w:pPr>
      <w:r>
        <w:rPr>
          <w:sz w:val="14"/>
        </w:rPr>
        <w:t>_______________________________________________________________________________________________________________________________________________________________</w:t>
      </w:r>
    </w:p>
    <w:p w14:paraId="2063EFFD" w14:textId="77777777" w:rsidR="00213AB1" w:rsidRDefault="00213AB1" w:rsidP="00213AB1">
      <w:pPr>
        <w:spacing w:after="0" w:line="480" w:lineRule="auto"/>
      </w:pPr>
      <w:r>
        <w:rPr>
          <w:sz w:val="14"/>
        </w:rPr>
        <w:t>_______________________________________________________________________________________________________________________________________________________________</w:t>
      </w:r>
    </w:p>
    <w:p w14:paraId="34FA84EB" w14:textId="77777777" w:rsidR="00213AB1" w:rsidRDefault="00213AB1" w:rsidP="00213AB1">
      <w:pPr>
        <w:spacing w:after="0" w:line="480" w:lineRule="auto"/>
      </w:pPr>
      <w:r>
        <w:rPr>
          <w:sz w:val="14"/>
        </w:rPr>
        <w:t>_______________________________________________________________________________________________________________________________________________________________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C31E8B" w14:paraId="65883674" w14:textId="77777777">
        <w:trPr>
          <w:jc w:val="center"/>
        </w:trPr>
        <w:tc>
          <w:tcPr>
            <w:tcW w:w="10368" w:type="dxa"/>
            <w:shd w:val="clear" w:color="auto" w:fill="174D3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4B8830B" w14:textId="77777777" w:rsidR="00C31E8B" w:rsidRDefault="00000000">
            <w:r>
              <w:rPr>
                <w:b/>
                <w:color w:val="FFFFFF"/>
                <w:sz w:val="19"/>
              </w:rPr>
              <w:t>7. ACKNOWLEDGMENT &amp; SUBMISSION</w:t>
            </w:r>
          </w:p>
        </w:tc>
      </w:tr>
    </w:tbl>
    <w:p w14:paraId="359DEAEA" w14:textId="77777777" w:rsidR="00C31E8B" w:rsidRDefault="00000000">
      <w:pPr>
        <w:spacing w:after="80"/>
      </w:pPr>
      <w:r>
        <w:rPr>
          <w:sz w:val="16"/>
        </w:rPr>
        <w:t>☐ I understand that submission of this form is an expression of interest only. It does not create a contractual relationship, financial obligation, referral guarantee, designated-bed commitment, or formal partnership. Any formal MOU or partnership agreement must be separately reviewed and approved by authorized representatives of both organizations.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C31E8B" w14:paraId="0BCE6355" w14:textId="77777777">
        <w:trPr>
          <w:jc w:val="center"/>
        </w:trPr>
        <w:tc>
          <w:tcPr>
            <w:tcW w:w="518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649E6A2" w14:textId="77777777" w:rsidR="00C31E8B" w:rsidRDefault="00000000">
            <w:r>
              <w:rPr>
                <w:sz w:val="16"/>
              </w:rPr>
              <w:t>Authorized Representative: ______________________________</w:t>
            </w:r>
          </w:p>
        </w:tc>
        <w:tc>
          <w:tcPr>
            <w:tcW w:w="518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C217D3D" w14:textId="77777777" w:rsidR="00C31E8B" w:rsidRDefault="00000000">
            <w:r>
              <w:rPr>
                <w:sz w:val="16"/>
              </w:rPr>
              <w:t>Title: __________________________________</w:t>
            </w:r>
          </w:p>
        </w:tc>
      </w:tr>
      <w:tr w:rsidR="00C31E8B" w14:paraId="1511E4AB" w14:textId="77777777">
        <w:trPr>
          <w:jc w:val="center"/>
        </w:trPr>
        <w:tc>
          <w:tcPr>
            <w:tcW w:w="518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7C56303" w14:textId="77777777" w:rsidR="00C31E8B" w:rsidRDefault="00000000">
            <w:r>
              <w:rPr>
                <w:sz w:val="16"/>
              </w:rPr>
              <w:t>Signature: _____________________________________________</w:t>
            </w:r>
          </w:p>
        </w:tc>
        <w:tc>
          <w:tcPr>
            <w:tcW w:w="518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A74273B" w14:textId="77777777" w:rsidR="00C31E8B" w:rsidRDefault="00000000">
            <w:r>
              <w:rPr>
                <w:sz w:val="16"/>
              </w:rPr>
              <w:t>Date: ___________________________________</w:t>
            </w: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C31E8B" w14:paraId="25A7872D" w14:textId="77777777">
        <w:trPr>
          <w:jc w:val="center"/>
        </w:trPr>
        <w:tc>
          <w:tcPr>
            <w:tcW w:w="10368" w:type="dxa"/>
            <w:shd w:val="clear" w:color="auto" w:fill="F7F2E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A7E2C9D" w14:textId="77777777" w:rsidR="00C31E8B" w:rsidRDefault="00000000">
            <w:pPr>
              <w:jc w:val="center"/>
            </w:pPr>
            <w:r>
              <w:rPr>
                <w:b/>
                <w:color w:val="174D3A"/>
              </w:rPr>
              <w:t>RETURN COMPLETED FORM BY EMAIL</w:t>
            </w:r>
          </w:p>
          <w:p w14:paraId="05828198" w14:textId="3F400EAD" w:rsidR="00C31E8B" w:rsidRDefault="008B5072">
            <w:pPr>
              <w:jc w:val="center"/>
            </w:pPr>
            <w:r>
              <w:rPr>
                <w:b/>
                <w:color w:val="A84F38"/>
                <w:sz w:val="22"/>
              </w:rPr>
              <w:t>CasaAtabey</w:t>
            </w:r>
            <w:r w:rsidR="00000000">
              <w:rPr>
                <w:b/>
                <w:color w:val="A84F38"/>
                <w:sz w:val="22"/>
              </w:rPr>
              <w:t>@valerahealthgroup.com</w:t>
            </w:r>
          </w:p>
          <w:p w14:paraId="7AB24FAD" w14:textId="77777777" w:rsidR="00C31E8B" w:rsidRDefault="00000000">
            <w:pPr>
              <w:jc w:val="center"/>
            </w:pPr>
            <w:r>
              <w:rPr>
                <w:sz w:val="16"/>
              </w:rPr>
              <w:t>Suggested email subject: Casa Atabey Partnership &amp; MOU Request - [Organization Name]</w:t>
            </w:r>
          </w:p>
        </w:tc>
      </w:tr>
    </w:tbl>
    <w:p w14:paraId="26F98F68" w14:textId="77777777" w:rsidR="0003605D" w:rsidRDefault="0003605D"/>
    <w:sectPr w:rsidR="0003605D" w:rsidSect="00034616">
      <w:footerReference w:type="default" r:id="rId8"/>
      <w:pgSz w:w="12240" w:h="15840"/>
      <w:pgMar w:top="648" w:right="936" w:bottom="648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817586" w14:textId="77777777" w:rsidR="0003605D" w:rsidRDefault="0003605D">
      <w:pPr>
        <w:spacing w:after="0" w:line="240" w:lineRule="auto"/>
      </w:pPr>
      <w:r>
        <w:separator/>
      </w:r>
    </w:p>
  </w:endnote>
  <w:endnote w:type="continuationSeparator" w:id="0">
    <w:p w14:paraId="005C1A6C" w14:textId="77777777" w:rsidR="0003605D" w:rsidRDefault="000360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042CF" w14:textId="77777777" w:rsidR="00C31E8B" w:rsidRDefault="00000000">
    <w:pPr>
      <w:pStyle w:val="Footer"/>
      <w:jc w:val="center"/>
    </w:pPr>
    <w:r>
      <w:rPr>
        <w:b/>
        <w:color w:val="174D3A"/>
        <w:sz w:val="14"/>
      </w:rPr>
      <w:t>CASA ATABEY FOUNDATION  |  SUPPORTIVE HOUSING • STABILITY • COMMUNITY • EMPOWERMENT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1BAAF" w14:textId="77777777" w:rsidR="0003605D" w:rsidRDefault="0003605D">
      <w:pPr>
        <w:spacing w:after="0" w:line="240" w:lineRule="auto"/>
      </w:pPr>
      <w:r>
        <w:separator/>
      </w:r>
    </w:p>
  </w:footnote>
  <w:footnote w:type="continuationSeparator" w:id="0">
    <w:p w14:paraId="39A9AD58" w14:textId="77777777" w:rsidR="0003605D" w:rsidRDefault="000360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03050052">
    <w:abstractNumId w:val="8"/>
  </w:num>
  <w:num w:numId="2" w16cid:durableId="1071006276">
    <w:abstractNumId w:val="6"/>
  </w:num>
  <w:num w:numId="3" w16cid:durableId="1296333743">
    <w:abstractNumId w:val="5"/>
  </w:num>
  <w:num w:numId="4" w16cid:durableId="778452565">
    <w:abstractNumId w:val="4"/>
  </w:num>
  <w:num w:numId="5" w16cid:durableId="405956541">
    <w:abstractNumId w:val="7"/>
  </w:num>
  <w:num w:numId="6" w16cid:durableId="831524938">
    <w:abstractNumId w:val="3"/>
  </w:num>
  <w:num w:numId="7" w16cid:durableId="742337768">
    <w:abstractNumId w:val="2"/>
  </w:num>
  <w:num w:numId="8" w16cid:durableId="70934810">
    <w:abstractNumId w:val="1"/>
  </w:num>
  <w:num w:numId="9" w16cid:durableId="132670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3605D"/>
    <w:rsid w:val="0006063C"/>
    <w:rsid w:val="0015074B"/>
    <w:rsid w:val="00213AB1"/>
    <w:rsid w:val="0029639D"/>
    <w:rsid w:val="00326F90"/>
    <w:rsid w:val="008B5072"/>
    <w:rsid w:val="00AA1D8D"/>
    <w:rsid w:val="00B47730"/>
    <w:rsid w:val="00C31E8B"/>
    <w:rsid w:val="00CB0664"/>
    <w:rsid w:val="00E87B8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E7DABBC"/>
  <w14:defaultImageDpi w14:val="300"/>
  <w15:docId w15:val="{61B210CF-7D07-40FE-95CB-F0DAB8240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color w:val="333333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744</Words>
  <Characters>4247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Casa Atabey Foundation Partnership &amp; MOU Request Form</dc:title>
  <dc:subject>Official partnership interest and MOU request form</dc:subject>
  <dc:creator>Casa Atabey Foundation</dc:creator>
  <cp:keywords/>
  <dc:description>generated by python-docx</dc:description>
  <cp:lastModifiedBy>stephany molina-gerena</cp:lastModifiedBy>
  <cp:revision>3</cp:revision>
  <dcterms:created xsi:type="dcterms:W3CDTF">2013-12-23T23:15:00Z</dcterms:created>
  <dcterms:modified xsi:type="dcterms:W3CDTF">2026-10-24T14:52:00Z</dcterms:modified>
  <cp:category/>
</cp:coreProperties>
</file>